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09A" w:rsidRDefault="0005609A">
      <w:pPr>
        <w:spacing w:after="40"/>
        <w:jc w:val="center"/>
        <w:rPr>
          <w:b/>
          <w:sz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01C1BA7" wp14:editId="415DA877">
            <wp:simplePos x="0" y="0"/>
            <wp:positionH relativeFrom="column">
              <wp:posOffset>2514600</wp:posOffset>
            </wp:positionH>
            <wp:positionV relativeFrom="paragraph">
              <wp:posOffset>-333375</wp:posOffset>
            </wp:positionV>
            <wp:extent cx="1447800" cy="866551"/>
            <wp:effectExtent l="0" t="0" r="0" b="0"/>
            <wp:wrapNone/>
            <wp:docPr id="1" name="Immagine 1" descr="C:\Users\ursetta.caterina\Downloads\IMG-20251001-WA002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rsetta.caterina\Downloads\IMG-20251001-WA0025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6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09A" w:rsidRDefault="0005609A">
      <w:pPr>
        <w:spacing w:after="40"/>
        <w:jc w:val="center"/>
        <w:rPr>
          <w:b/>
          <w:sz w:val="22"/>
        </w:rPr>
      </w:pPr>
    </w:p>
    <w:p w:rsidR="0005609A" w:rsidRDefault="0005609A">
      <w:pPr>
        <w:spacing w:after="40"/>
        <w:jc w:val="center"/>
        <w:rPr>
          <w:b/>
          <w:sz w:val="22"/>
        </w:rPr>
      </w:pPr>
    </w:p>
    <w:p w:rsidR="003702BD" w:rsidRPr="0005609A" w:rsidRDefault="007D2306" w:rsidP="0005609A">
      <w:pPr>
        <w:spacing w:after="0"/>
        <w:jc w:val="center"/>
        <w:rPr>
          <w:sz w:val="24"/>
          <w:szCs w:val="24"/>
        </w:rPr>
      </w:pPr>
      <w:r w:rsidRPr="0005609A">
        <w:rPr>
          <w:b/>
          <w:sz w:val="24"/>
          <w:szCs w:val="24"/>
        </w:rPr>
        <w:t>ISTITUTO COMPRENSIVO “Costantino Mustari” TAVERNA</w:t>
      </w:r>
    </w:p>
    <w:p w:rsidR="003702BD" w:rsidRPr="0005609A" w:rsidRDefault="007D2306" w:rsidP="0005609A">
      <w:pPr>
        <w:spacing w:after="0"/>
        <w:jc w:val="center"/>
        <w:rPr>
          <w:sz w:val="24"/>
          <w:szCs w:val="24"/>
        </w:rPr>
      </w:pPr>
      <w:r w:rsidRPr="0005609A">
        <w:rPr>
          <w:sz w:val="24"/>
          <w:szCs w:val="24"/>
        </w:rPr>
        <w:t>Piazza del Popolo - 88055 TAVERNA (CZ)</w:t>
      </w:r>
    </w:p>
    <w:p w:rsidR="003702BD" w:rsidRPr="0005609A" w:rsidRDefault="007D2306" w:rsidP="0005609A">
      <w:pPr>
        <w:spacing w:after="0"/>
        <w:jc w:val="center"/>
        <w:rPr>
          <w:sz w:val="24"/>
          <w:szCs w:val="24"/>
        </w:rPr>
      </w:pPr>
      <w:r w:rsidRPr="0005609A">
        <w:rPr>
          <w:sz w:val="24"/>
          <w:szCs w:val="24"/>
        </w:rPr>
        <w:t>Tel. 0961/921356 - 0961/923698 - CF 97069280796</w:t>
      </w:r>
    </w:p>
    <w:p w:rsidR="003702BD" w:rsidRPr="0005609A" w:rsidRDefault="007D2306" w:rsidP="0005609A">
      <w:pPr>
        <w:spacing w:after="0"/>
        <w:jc w:val="center"/>
        <w:rPr>
          <w:sz w:val="24"/>
          <w:szCs w:val="24"/>
        </w:rPr>
      </w:pPr>
      <w:r w:rsidRPr="0005609A">
        <w:rPr>
          <w:sz w:val="24"/>
          <w:szCs w:val="24"/>
        </w:rPr>
        <w:t>e-mail czic87300q@istruzione.it   czic87300q@pec.istruzione.it</w:t>
      </w:r>
    </w:p>
    <w:p w:rsidR="003702BD" w:rsidRPr="0005609A" w:rsidRDefault="007D2306" w:rsidP="0005609A">
      <w:pPr>
        <w:spacing w:after="0"/>
        <w:jc w:val="center"/>
        <w:rPr>
          <w:sz w:val="24"/>
          <w:szCs w:val="24"/>
        </w:rPr>
      </w:pPr>
      <w:r w:rsidRPr="0005609A">
        <w:rPr>
          <w:sz w:val="24"/>
          <w:szCs w:val="24"/>
        </w:rPr>
        <w:t xml:space="preserve">sito Web: </w:t>
      </w:r>
      <w:hyperlink r:id="rId9" w:history="1">
        <w:r w:rsidR="0005609A" w:rsidRPr="0005609A">
          <w:rPr>
            <w:rStyle w:val="Collegamentoipertestuale"/>
            <w:sz w:val="24"/>
            <w:szCs w:val="24"/>
          </w:rPr>
          <w:t>www.ictaverna.edu.it</w:t>
        </w:r>
      </w:hyperlink>
      <w:r w:rsidR="0005609A" w:rsidRPr="0005609A">
        <w:rPr>
          <w:sz w:val="24"/>
          <w:szCs w:val="24"/>
        </w:rPr>
        <w:t xml:space="preserve"> </w:t>
      </w:r>
    </w:p>
    <w:p w:rsidR="003702BD" w:rsidRDefault="003702BD">
      <w:pPr>
        <w:spacing w:after="40"/>
      </w:pPr>
    </w:p>
    <w:p w:rsidR="003702BD" w:rsidRDefault="007D2306" w:rsidP="0005609A">
      <w:pPr>
        <w:spacing w:after="40"/>
        <w:ind w:right="616"/>
        <w:jc w:val="right"/>
      </w:pPr>
      <w:r>
        <w:rPr>
          <w:b/>
        </w:rPr>
        <w:t xml:space="preserve">Alla Dirigente </w:t>
      </w:r>
      <w:r>
        <w:rPr>
          <w:b/>
        </w:rPr>
        <w:t>Scolastica</w:t>
      </w:r>
    </w:p>
    <w:p w:rsidR="003702BD" w:rsidRDefault="007D2306" w:rsidP="0005609A">
      <w:pPr>
        <w:spacing w:after="40"/>
        <w:ind w:right="616"/>
        <w:jc w:val="right"/>
      </w:pPr>
      <w:r>
        <w:rPr>
          <w:b/>
        </w:rPr>
        <w:t>dell’Istituto Comprensivo C. Mustari Taverna</w:t>
      </w:r>
    </w:p>
    <w:p w:rsidR="003702BD" w:rsidRDefault="007D2306">
      <w:pPr>
        <w:spacing w:after="40"/>
      </w:pPr>
      <w:r>
        <w:rPr>
          <w:b/>
        </w:rPr>
        <w:t>OGGETTO: Autorizzazione alle uscite sul territorio</w:t>
      </w:r>
    </w:p>
    <w:p w:rsidR="0005609A" w:rsidRDefault="0005609A">
      <w:pPr>
        <w:spacing w:after="40"/>
      </w:pPr>
    </w:p>
    <w:p w:rsidR="003702BD" w:rsidRDefault="007D2306">
      <w:pPr>
        <w:spacing w:after="40"/>
      </w:pPr>
      <w:r>
        <w:t>I sottoscritti:</w:t>
      </w:r>
    </w:p>
    <w:p w:rsidR="003702BD" w:rsidRDefault="007D2306">
      <w:pPr>
        <w:spacing w:after="40"/>
      </w:pPr>
      <w:r>
        <w:rPr>
          <w:sz w:val="20"/>
        </w:rPr>
        <w:t>_____________________________________________________ nato a _______________ il ________________</w:t>
      </w:r>
    </w:p>
    <w:p w:rsidR="003702BD" w:rsidRDefault="007D2306">
      <w:pPr>
        <w:spacing w:after="40"/>
      </w:pPr>
      <w:r>
        <w:rPr>
          <w:sz w:val="18"/>
        </w:rPr>
        <w:t>cognome e nome del padre/tutore lega</w:t>
      </w:r>
      <w:r>
        <w:rPr>
          <w:sz w:val="18"/>
        </w:rPr>
        <w:t>le</w:t>
      </w:r>
    </w:p>
    <w:p w:rsidR="003702BD" w:rsidRDefault="007D2306">
      <w:pPr>
        <w:spacing w:after="40"/>
      </w:pPr>
      <w:r>
        <w:rPr>
          <w:sz w:val="20"/>
        </w:rPr>
        <w:t>_____________________________________________________ nato a _______________ il ________________</w:t>
      </w:r>
    </w:p>
    <w:p w:rsidR="003702BD" w:rsidRDefault="007D2306">
      <w:pPr>
        <w:spacing w:after="40"/>
      </w:pPr>
      <w:r>
        <w:rPr>
          <w:sz w:val="18"/>
        </w:rPr>
        <w:t>cognome e nome della madre/tutore legale</w:t>
      </w:r>
    </w:p>
    <w:p w:rsidR="0005609A" w:rsidRDefault="0005609A">
      <w:pPr>
        <w:spacing w:after="40"/>
        <w:rPr>
          <w:sz w:val="20"/>
        </w:rPr>
      </w:pPr>
    </w:p>
    <w:p w:rsidR="003702BD" w:rsidRDefault="007D2306">
      <w:pPr>
        <w:spacing w:after="40"/>
      </w:pPr>
      <w:r>
        <w:rPr>
          <w:sz w:val="20"/>
        </w:rPr>
        <w:t>in qualità di genitori/tutori dell’alunno/a _______________________________________________________</w:t>
      </w:r>
    </w:p>
    <w:p w:rsidR="003702BD" w:rsidRDefault="007D2306">
      <w:pPr>
        <w:spacing w:after="40"/>
      </w:pPr>
      <w:r>
        <w:rPr>
          <w:sz w:val="20"/>
        </w:rPr>
        <w:t>nato/a a ______</w:t>
      </w:r>
      <w:r>
        <w:rPr>
          <w:sz w:val="20"/>
        </w:rPr>
        <w:t>____________________________________ il ______________________________</w:t>
      </w:r>
    </w:p>
    <w:p w:rsidR="003702BD" w:rsidRDefault="007D2306">
      <w:pPr>
        <w:spacing w:after="40"/>
      </w:pPr>
      <w:r>
        <w:rPr>
          <w:sz w:val="20"/>
        </w:rPr>
        <w:t>iscritto/a per l’a.s. 202____/202____ alla Scuola __________________________, classe ________ sez. ________</w:t>
      </w:r>
    </w:p>
    <w:p w:rsidR="0005609A" w:rsidRDefault="0005609A">
      <w:pPr>
        <w:spacing w:after="40"/>
        <w:jc w:val="center"/>
        <w:rPr>
          <w:b/>
          <w:sz w:val="22"/>
        </w:rPr>
      </w:pPr>
    </w:p>
    <w:p w:rsidR="003702BD" w:rsidRDefault="007D2306">
      <w:pPr>
        <w:spacing w:after="40"/>
        <w:jc w:val="center"/>
      </w:pPr>
      <w:r>
        <w:rPr>
          <w:b/>
          <w:sz w:val="22"/>
        </w:rPr>
        <w:t>AUTORIZZANO</w:t>
      </w:r>
    </w:p>
    <w:p w:rsidR="003702BD" w:rsidRDefault="007D2306">
      <w:pPr>
        <w:spacing w:after="40"/>
      </w:pPr>
      <w:r>
        <w:t>il/la proprio/a figlio/a a partecipare alle uscite sul territorio</w:t>
      </w:r>
      <w:r>
        <w:t xml:space="preserve"> organizzate dall’Istituto Comprensivo C. Mustari Taverna, nell’ambito delle attività didattiche ed educative programmate, che si svolgano durante l’orario scolastico e/o negli orari comunicati per iscritto alle famiglie, secondo le modalità di volta in vo</w:t>
      </w:r>
      <w:r>
        <w:t>lta indicate dalla scuola.</w:t>
      </w:r>
    </w:p>
    <w:p w:rsidR="003702BD" w:rsidRDefault="007D2306">
      <w:pPr>
        <w:spacing w:after="40"/>
      </w:pPr>
      <w:r>
        <w:t>A tal fine, consapevoli delle responsabilità connesse alla presente autorizzazione,</w:t>
      </w:r>
    </w:p>
    <w:p w:rsidR="0005609A" w:rsidRDefault="0005609A">
      <w:pPr>
        <w:spacing w:after="40"/>
        <w:jc w:val="center"/>
        <w:rPr>
          <w:b/>
          <w:sz w:val="22"/>
        </w:rPr>
      </w:pPr>
    </w:p>
    <w:p w:rsidR="003702BD" w:rsidRDefault="007D2306">
      <w:pPr>
        <w:spacing w:after="40"/>
        <w:jc w:val="center"/>
      </w:pPr>
      <w:r>
        <w:rPr>
          <w:b/>
          <w:sz w:val="22"/>
        </w:rPr>
        <w:t>DICHIARANO</w:t>
      </w:r>
    </w:p>
    <w:p w:rsidR="003702BD" w:rsidRDefault="007D2306">
      <w:pPr>
        <w:spacing w:after="30"/>
        <w:ind w:left="198" w:hanging="142"/>
      </w:pPr>
      <w:r>
        <w:rPr>
          <w:sz w:val="20"/>
        </w:rPr>
        <w:t>● di essere a conoscenza delle disposizioni organizzative dell’Istituto e di condividere e accettare le modalità previste dalla scuola</w:t>
      </w:r>
      <w:r>
        <w:rPr>
          <w:sz w:val="20"/>
        </w:rPr>
        <w:t xml:space="preserve"> per lo svolgimento delle uscite sul territorio e per la vigilanza sugli alunni;</w:t>
      </w:r>
    </w:p>
    <w:p w:rsidR="003702BD" w:rsidRDefault="007D2306">
      <w:pPr>
        <w:spacing w:after="30"/>
        <w:ind w:left="198" w:hanging="142"/>
      </w:pPr>
      <w:r>
        <w:rPr>
          <w:sz w:val="20"/>
        </w:rPr>
        <w:t>● di aver preso visione del Regolamento d’Istituto e delle disposizioni relative alle uscite didattiche e alle attività svolte al di fuori dei locali scolastici;</w:t>
      </w:r>
    </w:p>
    <w:p w:rsidR="003702BD" w:rsidRDefault="007D2306">
      <w:pPr>
        <w:spacing w:after="30"/>
        <w:ind w:left="198" w:hanging="142"/>
      </w:pPr>
      <w:r>
        <w:rPr>
          <w:sz w:val="20"/>
        </w:rPr>
        <w:t>● di essere i</w:t>
      </w:r>
      <w:r>
        <w:rPr>
          <w:sz w:val="20"/>
        </w:rPr>
        <w:t>nformati che ogni uscita sarà effettuata nell’ambito delle attività didattiche ed educative programmate e secondo le modalità comunicate dalla scuola;</w:t>
      </w:r>
    </w:p>
    <w:p w:rsidR="003702BD" w:rsidRDefault="007D2306">
      <w:pPr>
        <w:spacing w:after="30"/>
        <w:ind w:left="198" w:hanging="142"/>
      </w:pPr>
      <w:r>
        <w:rPr>
          <w:sz w:val="20"/>
        </w:rPr>
        <w:t>● di essere consapevoli che l’uscita potrà svolgersi a piedi e/o mediante i mezzi di trasporto autorizzat</w:t>
      </w:r>
      <w:r>
        <w:rPr>
          <w:sz w:val="20"/>
        </w:rPr>
        <w:t>i dalla scuola, in relazione alla specifica attività;</w:t>
      </w:r>
    </w:p>
    <w:p w:rsidR="003702BD" w:rsidRDefault="007D2306">
      <w:pPr>
        <w:spacing w:after="30"/>
        <w:ind w:left="198" w:hanging="142"/>
      </w:pPr>
      <w:r>
        <w:rPr>
          <w:sz w:val="20"/>
        </w:rPr>
        <w:t>● di impegnarsi a informare tempestivamente la scuola di eventuali condizioni, esigenze o situazioni che possano incidere sulla partecipazione del/della proprio/a figlio/a all’uscita;</w:t>
      </w:r>
    </w:p>
    <w:p w:rsidR="003702BD" w:rsidRDefault="007D2306">
      <w:pPr>
        <w:spacing w:after="30"/>
        <w:ind w:left="198" w:hanging="142"/>
      </w:pPr>
      <w:r>
        <w:rPr>
          <w:sz w:val="20"/>
        </w:rPr>
        <w:t xml:space="preserve">● di aver fornito </w:t>
      </w:r>
      <w:r>
        <w:rPr>
          <w:sz w:val="20"/>
        </w:rPr>
        <w:t>alla scuola, ove necessario, ogni informazione utile alla tutela e alla sicurezza del/della proprio/a figlio/a durante lo svolgimento dell’attività;</w:t>
      </w:r>
    </w:p>
    <w:p w:rsidR="003702BD" w:rsidRDefault="007D2306">
      <w:pPr>
        <w:spacing w:after="30"/>
        <w:ind w:left="198" w:hanging="142"/>
      </w:pPr>
      <w:r>
        <w:rPr>
          <w:sz w:val="20"/>
        </w:rPr>
        <w:t xml:space="preserve">● di essere consapevoli che, durante l’uscita, l’alunno/a è tenuto/a a rispettare le indicazioni dei </w:t>
      </w:r>
      <w:r>
        <w:rPr>
          <w:sz w:val="20"/>
        </w:rPr>
        <w:t>docenti e del personale accompagnatore, le regole di comportamento dell’Istituto e le norme di sicurezza;</w:t>
      </w:r>
    </w:p>
    <w:p w:rsidR="003702BD" w:rsidRDefault="007D2306">
      <w:pPr>
        <w:spacing w:after="30"/>
        <w:ind w:left="198" w:hanging="142"/>
      </w:pPr>
      <w:r>
        <w:rPr>
          <w:sz w:val="20"/>
        </w:rPr>
        <w:t>● di essere consapevoli che la presente autorizzazione riguarda esclusivamente le uscite sul territorio organizzate dalla scuola e non sostituisce eve</w:t>
      </w:r>
      <w:r>
        <w:rPr>
          <w:sz w:val="20"/>
        </w:rPr>
        <w:t>ntuali ulteriori autorizzazioni richieste per specifiche attività, uscite, visite guidate, viaggi d’istruzione o iniziative che prevedano apposita modulistica.</w:t>
      </w:r>
    </w:p>
    <w:p w:rsidR="003702BD" w:rsidRDefault="007D2306">
      <w:pPr>
        <w:spacing w:after="40"/>
      </w:pPr>
      <w:r>
        <w:lastRenderedPageBreak/>
        <w:t>La presente autorizzazione è valida per l’intero anno scolastico 202____/202____, salvo revoca s</w:t>
      </w:r>
      <w:r>
        <w:t>critta da parte della famiglia o diversa disposizione dell’Istituto.</w:t>
      </w:r>
    </w:p>
    <w:p w:rsidR="003702BD" w:rsidRDefault="007D2306">
      <w:pPr>
        <w:spacing w:after="40"/>
      </w:pPr>
      <w:r>
        <w:t>Per le singole uscite, la scuola comunicherà alle famiglie, secondo le modalità previste dall’Istituto, le informazioni relative a luogo/destinazione, data, orario, attività prevista, mod</w:t>
      </w:r>
      <w:r>
        <w:t>alità di spostamento e personale accompagnatore, ove necessario.</w:t>
      </w:r>
    </w:p>
    <w:p w:rsidR="003702BD" w:rsidRDefault="007D2306">
      <w:pPr>
        <w:spacing w:after="40"/>
      </w:pPr>
      <w:r>
        <w:t>Eventuali uscite che si svolgano oltre il normale orario delle lezioni, o che presentino caratteristiche diverse da quelle contemplate nella presente autorizzazione, saranno oggetto di specif</w:t>
      </w:r>
      <w:r>
        <w:t>ica comunicazione e, ove previsto, di ulteriore apposita autorizzazione.</w:t>
      </w:r>
    </w:p>
    <w:p w:rsidR="003702BD" w:rsidRDefault="003702BD">
      <w:pPr>
        <w:spacing w:after="40"/>
      </w:pPr>
    </w:p>
    <w:p w:rsidR="003702BD" w:rsidRDefault="007D2306">
      <w:pPr>
        <w:spacing w:after="40"/>
      </w:pPr>
      <w:r>
        <w:rPr>
          <w:b/>
        </w:rPr>
        <w:t>DATI DELL’USCITA (da compilare a cura della scuola)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3702BD">
        <w:trPr>
          <w:jc w:val="center"/>
        </w:trPr>
        <w:tc>
          <w:tcPr>
            <w:tcW w:w="2835" w:type="dxa"/>
            <w:vAlign w:val="center"/>
          </w:tcPr>
          <w:p w:rsidR="003702BD" w:rsidRDefault="007D2306">
            <w:r>
              <w:rPr>
                <w:b/>
                <w:sz w:val="19"/>
              </w:rPr>
              <w:t>Destinazione / luogo</w:t>
            </w:r>
          </w:p>
        </w:tc>
        <w:tc>
          <w:tcPr>
            <w:tcW w:w="6236" w:type="dxa"/>
            <w:vAlign w:val="center"/>
          </w:tcPr>
          <w:p w:rsidR="003702BD" w:rsidRDefault="007D2306">
            <w:r>
              <w:rPr>
                <w:sz w:val="19"/>
              </w:rPr>
              <w:t>_______________________________________________</w:t>
            </w:r>
          </w:p>
        </w:tc>
      </w:tr>
      <w:tr w:rsidR="003702BD">
        <w:trPr>
          <w:jc w:val="center"/>
        </w:trPr>
        <w:tc>
          <w:tcPr>
            <w:tcW w:w="2835" w:type="dxa"/>
            <w:vAlign w:val="center"/>
          </w:tcPr>
          <w:p w:rsidR="003702BD" w:rsidRDefault="007D2306">
            <w:r>
              <w:rPr>
                <w:b/>
                <w:sz w:val="19"/>
              </w:rPr>
              <w:t>Data</w:t>
            </w:r>
          </w:p>
        </w:tc>
        <w:tc>
          <w:tcPr>
            <w:tcW w:w="6236" w:type="dxa"/>
            <w:vAlign w:val="center"/>
          </w:tcPr>
          <w:p w:rsidR="003702BD" w:rsidRDefault="007D2306">
            <w:r>
              <w:rPr>
                <w:sz w:val="19"/>
              </w:rPr>
              <w:t>________________________   Orario: dalle __________ all</w:t>
            </w:r>
            <w:r>
              <w:rPr>
                <w:sz w:val="19"/>
              </w:rPr>
              <w:t>e __________</w:t>
            </w:r>
          </w:p>
        </w:tc>
      </w:tr>
      <w:tr w:rsidR="003702BD">
        <w:trPr>
          <w:jc w:val="center"/>
        </w:trPr>
        <w:tc>
          <w:tcPr>
            <w:tcW w:w="2835" w:type="dxa"/>
            <w:vAlign w:val="center"/>
          </w:tcPr>
          <w:p w:rsidR="003702BD" w:rsidRDefault="007D2306">
            <w:r>
              <w:rPr>
                <w:b/>
                <w:sz w:val="19"/>
              </w:rPr>
              <w:t>Attività / finalità</w:t>
            </w:r>
          </w:p>
        </w:tc>
        <w:tc>
          <w:tcPr>
            <w:tcW w:w="6236" w:type="dxa"/>
            <w:vAlign w:val="center"/>
          </w:tcPr>
          <w:p w:rsidR="003702BD" w:rsidRDefault="007D2306">
            <w:r>
              <w:rPr>
                <w:sz w:val="19"/>
              </w:rPr>
              <w:t>_______________________________________________</w:t>
            </w:r>
          </w:p>
        </w:tc>
      </w:tr>
      <w:tr w:rsidR="003702BD">
        <w:trPr>
          <w:jc w:val="center"/>
        </w:trPr>
        <w:tc>
          <w:tcPr>
            <w:tcW w:w="2835" w:type="dxa"/>
            <w:vAlign w:val="center"/>
          </w:tcPr>
          <w:p w:rsidR="003702BD" w:rsidRDefault="007D2306">
            <w:r>
              <w:rPr>
                <w:b/>
                <w:sz w:val="19"/>
              </w:rPr>
              <w:t>Modalità di spostamento</w:t>
            </w:r>
          </w:p>
        </w:tc>
        <w:tc>
          <w:tcPr>
            <w:tcW w:w="6236" w:type="dxa"/>
            <w:vAlign w:val="center"/>
          </w:tcPr>
          <w:p w:rsidR="003702BD" w:rsidRDefault="007D2306"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a piedi   ☐ scuolabus   ☐ altro mezzo autorizzato</w:t>
            </w:r>
          </w:p>
        </w:tc>
      </w:tr>
    </w:tbl>
    <w:p w:rsidR="003702BD" w:rsidRDefault="003702BD">
      <w:pPr>
        <w:spacing w:after="40"/>
      </w:pPr>
    </w:p>
    <w:p w:rsidR="003702BD" w:rsidRDefault="007D2306">
      <w:pPr>
        <w:spacing w:after="40"/>
      </w:pPr>
      <w:r>
        <w:t xml:space="preserve">I sottoscritti dichiarano di aver preso visione della presente autorizzazione e di autorizzare </w:t>
      </w:r>
      <w:r>
        <w:t>la partecipazione del/della proprio/a figlio/a alle uscite sul territorio secondo le modalità sopra indicate.</w:t>
      </w:r>
    </w:p>
    <w:p w:rsidR="0005609A" w:rsidRDefault="0005609A">
      <w:pPr>
        <w:spacing w:after="40"/>
      </w:pPr>
    </w:p>
    <w:p w:rsidR="0005609A" w:rsidRPr="0005609A" w:rsidRDefault="0005609A" w:rsidP="0005609A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hanging="11"/>
        <w:jc w:val="both"/>
        <w:rPr>
          <w:rFonts w:eastAsia="Times New Roman" w:cs="Times New Roman"/>
          <w:sz w:val="20"/>
          <w:szCs w:val="20"/>
          <w:lang w:val="it-IT" w:eastAsia="it-IT"/>
        </w:rPr>
      </w:pPr>
      <w:r w:rsidRPr="0005609A">
        <w:rPr>
          <w:rFonts w:eastAsia="Times New Roman" w:cs="Times New Roman"/>
          <w:color w:val="000000"/>
          <w:sz w:val="20"/>
          <w:szCs w:val="20"/>
          <w:lang w:val="it-IT" w:eastAsia="it-IT"/>
        </w:rPr>
        <w:t>Si allegano copie dei documenti di identità di entrambi i genitori/tutori</w:t>
      </w:r>
    </w:p>
    <w:p w:rsidR="0005609A" w:rsidRDefault="0005609A">
      <w:pPr>
        <w:spacing w:after="40"/>
      </w:pPr>
    </w:p>
    <w:p w:rsidR="0005609A" w:rsidRDefault="0005609A">
      <w:pPr>
        <w:spacing w:after="40"/>
      </w:pPr>
    </w:p>
    <w:p w:rsidR="003702BD" w:rsidRDefault="007D2306">
      <w:pPr>
        <w:spacing w:after="40"/>
      </w:pPr>
      <w:r>
        <w:t>Taverna, ____________________</w:t>
      </w:r>
    </w:p>
    <w:p w:rsidR="003702BD" w:rsidRDefault="007D2306">
      <w:pPr>
        <w:spacing w:after="40"/>
      </w:pPr>
      <w:r>
        <w:rPr>
          <w:b/>
        </w:rPr>
        <w:t>FIRMA DI ENTRAMBI I GENITORI/TUTORI DEL MINORE</w:t>
      </w:r>
    </w:p>
    <w:p w:rsidR="003702BD" w:rsidRDefault="007D2306">
      <w:pPr>
        <w:spacing w:after="40"/>
      </w:pPr>
      <w:r>
        <w:t>_____________________________________________________</w:t>
      </w:r>
    </w:p>
    <w:p w:rsidR="003702BD" w:rsidRDefault="007D2306">
      <w:pPr>
        <w:spacing w:after="40"/>
      </w:pPr>
      <w:r>
        <w:t>_____________________________________________________</w:t>
      </w:r>
    </w:p>
    <w:p w:rsidR="003702BD" w:rsidRDefault="003702BD">
      <w:pPr>
        <w:spacing w:after="40"/>
      </w:pPr>
    </w:p>
    <w:p w:rsidR="003702BD" w:rsidRDefault="007D2306">
      <w:pPr>
        <w:spacing w:after="40"/>
      </w:pPr>
      <w:r>
        <w:rPr>
          <w:sz w:val="17"/>
        </w:rPr>
        <w:t>In caso di firma di un solo genitore/tutore, il/la sottoscritto/a dichiara, ai sensi della normativa vigente, di aver acquisito il consenso dell’altro genitore/tutore, assumendosi ogni responsabilità i</w:t>
      </w:r>
      <w:r>
        <w:rPr>
          <w:sz w:val="17"/>
        </w:rPr>
        <w:t>n merito.</w:t>
      </w:r>
      <w:bookmarkStart w:id="0" w:name="_GoBack"/>
      <w:bookmarkEnd w:id="0"/>
    </w:p>
    <w:sectPr w:rsidR="003702BD" w:rsidSect="00034616">
      <w:pgSz w:w="12240" w:h="15840"/>
      <w:pgMar w:top="907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306" w:rsidRDefault="007D2306" w:rsidP="0005609A">
      <w:pPr>
        <w:spacing w:after="0" w:line="240" w:lineRule="auto"/>
      </w:pPr>
      <w:r>
        <w:separator/>
      </w:r>
    </w:p>
  </w:endnote>
  <w:endnote w:type="continuationSeparator" w:id="0">
    <w:p w:rsidR="007D2306" w:rsidRDefault="007D2306" w:rsidP="00056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306" w:rsidRDefault="007D2306" w:rsidP="0005609A">
      <w:pPr>
        <w:spacing w:after="0" w:line="240" w:lineRule="auto"/>
      </w:pPr>
      <w:r>
        <w:separator/>
      </w:r>
    </w:p>
  </w:footnote>
  <w:footnote w:type="continuationSeparator" w:id="0">
    <w:p w:rsidR="007D2306" w:rsidRDefault="007D2306" w:rsidP="00056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7F2270"/>
    <w:multiLevelType w:val="multilevel"/>
    <w:tmpl w:val="CAD008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09A"/>
    <w:rsid w:val="0006063C"/>
    <w:rsid w:val="0015074B"/>
    <w:rsid w:val="0029639D"/>
    <w:rsid w:val="00326F90"/>
    <w:rsid w:val="003702BD"/>
    <w:rsid w:val="007D230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4D633A"/>
  <w14:defaultImageDpi w14:val="300"/>
  <w15:docId w15:val="{35AE7127-95AC-4BB8-8725-606BDE64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rPr>
      <w:rFonts w:ascii="Times New Roman" w:hAnsi="Times New Roman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05609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6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ctavern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B27B8D-84FA-4206-AC84-AA64C4903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2</cp:revision>
  <dcterms:created xsi:type="dcterms:W3CDTF">2013-12-23T23:15:00Z</dcterms:created>
  <dcterms:modified xsi:type="dcterms:W3CDTF">2026-10-05T19:07:00Z</dcterms:modified>
  <cp:category/>
</cp:coreProperties>
</file>